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7682"/>
        <w:gridCol w:w="7682"/>
      </w:tblGrid>
      <w:tr w:rsidR="005B4AA6" w14:paraId="454A3E1D" w14:textId="77777777">
        <w:trPr>
          <w:jc w:val="center"/>
        </w:trPr>
        <w:tc>
          <w:tcPr>
            <w:tcW w:w="7682" w:type="dxa"/>
            <w:tcBorders>
              <w:top w:val="nil"/>
              <w:left w:val="nil"/>
              <w:bottom w:val="nil"/>
              <w:right w:val="nil"/>
            </w:tcBorders>
            <w:vAlign w:val="center"/>
          </w:tcPr>
          <w:p w14:paraId="62E17A50" w14:textId="6F3B1C05" w:rsidR="005B4AA6" w:rsidRDefault="002729E9">
            <w:r>
              <w:rPr>
                <w:b/>
              </w:rPr>
              <w:t xml:space="preserve">                   </w:t>
            </w:r>
            <w:r w:rsidR="00000000">
              <w:rPr>
                <w:b/>
              </w:rPr>
              <w:t>TRƯỜNG ĐẠI HỌC</w:t>
            </w:r>
            <w:r w:rsidR="00000000">
              <w:rPr>
                <w:b/>
              </w:rPr>
              <w:br/>
              <w:t>KINH DOANH VÀ CÔNG NGHỆ HÀ NỘI</w:t>
            </w:r>
            <w:r w:rsidR="00000000">
              <w:rPr>
                <w:b/>
              </w:rPr>
              <w:br/>
              <w:t>KHOA/ĐƠN VỊ: ................................</w:t>
            </w:r>
            <w:r w:rsidR="00000000">
              <w:rPr>
                <w:b/>
              </w:rPr>
              <w:br/>
            </w:r>
          </w:p>
        </w:tc>
        <w:tc>
          <w:tcPr>
            <w:tcW w:w="7682" w:type="dxa"/>
            <w:tcBorders>
              <w:top w:val="nil"/>
              <w:left w:val="nil"/>
              <w:bottom w:val="nil"/>
              <w:right w:val="nil"/>
            </w:tcBorders>
            <w:vAlign w:val="center"/>
          </w:tcPr>
          <w:p w14:paraId="7F1E37A9" w14:textId="77777777" w:rsidR="005B4AA6" w:rsidRDefault="00000000">
            <w:pPr>
              <w:jc w:val="center"/>
            </w:pPr>
            <w:r>
              <w:rPr>
                <w:b/>
              </w:rPr>
              <w:t>CỘNG HÒA XÃ HỘI CHỦ NGHĨA VIỆT NAM</w:t>
            </w:r>
            <w:r>
              <w:rPr>
                <w:b/>
              </w:rPr>
              <w:br/>
              <w:t>Độc lập - Tự do - Hạnh phúc</w:t>
            </w:r>
            <w:r>
              <w:rPr>
                <w:b/>
              </w:rPr>
              <w:br/>
            </w:r>
            <w:r>
              <w:t>________________________</w:t>
            </w:r>
            <w:r>
              <w:br/>
            </w:r>
            <w:r>
              <w:rPr>
                <w:i/>
              </w:rPr>
              <w:t>Hà Nội, ngày ...... tháng ...... năm 2026</w:t>
            </w:r>
            <w:r>
              <w:rPr>
                <w:i/>
              </w:rPr>
              <w:br/>
            </w:r>
          </w:p>
        </w:tc>
      </w:tr>
    </w:tbl>
    <w:p w14:paraId="75DA17ED" w14:textId="6A04D2E3" w:rsidR="005B4AA6" w:rsidRDefault="002729E9" w:rsidP="002729E9">
      <w:pPr>
        <w:spacing w:after="100"/>
      </w:pPr>
      <w:r>
        <w:t xml:space="preserve">                                                            </w:t>
      </w:r>
      <w:r w:rsidR="00000000">
        <w:rPr>
          <w:b/>
          <w:sz w:val="28"/>
        </w:rPr>
        <w:t>PHIẾU ĐĂNG KÝ MÔN HỌC TỔ CHỨC THEO HÌNH THỨC ONLINE</w:t>
      </w:r>
    </w:p>
    <w:p w14:paraId="4AD4C9DF" w14:textId="6AE74AB8" w:rsidR="005B4AA6" w:rsidRPr="002729E9" w:rsidRDefault="00000000">
      <w:pPr>
        <w:spacing w:after="80"/>
        <w:rPr>
          <w:rFonts w:cs="Times New Roman"/>
          <w:sz w:val="24"/>
          <w:szCs w:val="24"/>
        </w:rPr>
      </w:pPr>
      <w:r w:rsidRPr="002729E9">
        <w:rPr>
          <w:rFonts w:cs="Times New Roman"/>
          <w:i/>
          <w:sz w:val="24"/>
          <w:szCs w:val="24"/>
        </w:rPr>
        <w:t xml:space="preserve">Kính gửi: </w:t>
      </w:r>
      <w:r w:rsidR="002729E9" w:rsidRPr="002729E9">
        <w:rPr>
          <w:rFonts w:cs="Times New Roman"/>
          <w:i/>
          <w:sz w:val="24"/>
          <w:szCs w:val="24"/>
        </w:rPr>
        <w:t xml:space="preserve">- </w:t>
      </w:r>
      <w:proofErr w:type="spellStart"/>
      <w:r w:rsidR="002729E9" w:rsidRPr="002729E9">
        <w:rPr>
          <w:rFonts w:cs="Times New Roman"/>
          <w:i/>
          <w:sz w:val="24"/>
          <w:szCs w:val="24"/>
        </w:rPr>
        <w:t>Phòng</w:t>
      </w:r>
      <w:proofErr w:type="spellEnd"/>
      <w:r w:rsidR="002729E9" w:rsidRPr="002729E9">
        <w:rPr>
          <w:rFonts w:cs="Times New Roman"/>
          <w:i/>
          <w:sz w:val="24"/>
          <w:szCs w:val="24"/>
        </w:rPr>
        <w:t xml:space="preserve"> Quản </w:t>
      </w:r>
      <w:proofErr w:type="spellStart"/>
      <w:r w:rsidR="002729E9" w:rsidRPr="002729E9">
        <w:rPr>
          <w:rFonts w:cs="Times New Roman"/>
          <w:i/>
          <w:sz w:val="24"/>
          <w:szCs w:val="24"/>
        </w:rPr>
        <w:t>lý</w:t>
      </w:r>
      <w:proofErr w:type="spellEnd"/>
      <w:r w:rsidR="002729E9" w:rsidRPr="002729E9">
        <w:rPr>
          <w:rFonts w:cs="Times New Roman"/>
          <w:i/>
          <w:sz w:val="24"/>
          <w:szCs w:val="24"/>
        </w:rPr>
        <w:t xml:space="preserve"> Đào </w:t>
      </w:r>
      <w:proofErr w:type="spellStart"/>
      <w:r w:rsidR="002729E9" w:rsidRPr="002729E9">
        <w:rPr>
          <w:rFonts w:cs="Times New Roman"/>
          <w:i/>
          <w:sz w:val="24"/>
          <w:szCs w:val="24"/>
        </w:rPr>
        <w:t>tạo</w:t>
      </w:r>
      <w:proofErr w:type="spellEnd"/>
      <w:r w:rsidR="002729E9" w:rsidRPr="002729E9">
        <w:rPr>
          <w:rFonts w:cs="Times New Roman"/>
          <w:i/>
          <w:sz w:val="24"/>
          <w:szCs w:val="24"/>
        </w:rPr>
        <w:t xml:space="preserve"> – Trung </w:t>
      </w:r>
      <w:proofErr w:type="spellStart"/>
      <w:r w:rsidR="002729E9" w:rsidRPr="002729E9">
        <w:rPr>
          <w:rFonts w:cs="Times New Roman"/>
          <w:i/>
          <w:sz w:val="24"/>
          <w:szCs w:val="24"/>
        </w:rPr>
        <w:t>tâm</w:t>
      </w:r>
      <w:proofErr w:type="spellEnd"/>
      <w:r w:rsidR="002729E9" w:rsidRPr="002729E9">
        <w:rPr>
          <w:rFonts w:cs="Times New Roman"/>
          <w:i/>
          <w:sz w:val="24"/>
          <w:szCs w:val="24"/>
        </w:rPr>
        <w:t xml:space="preserve"> Tin </w:t>
      </w:r>
      <w:proofErr w:type="spellStart"/>
      <w:r w:rsidR="002729E9" w:rsidRPr="002729E9">
        <w:rPr>
          <w:rFonts w:cs="Times New Roman"/>
          <w:i/>
          <w:sz w:val="24"/>
          <w:szCs w:val="24"/>
        </w:rPr>
        <w:t>học</w:t>
      </w:r>
      <w:proofErr w:type="spellEnd"/>
    </w:p>
    <w:p w14:paraId="605143B4" w14:textId="77777777" w:rsidR="005B4AA6" w:rsidRPr="002729E9" w:rsidRDefault="00000000">
      <w:pPr>
        <w:spacing w:after="0"/>
        <w:rPr>
          <w:rFonts w:cs="Times New Roman"/>
          <w:sz w:val="24"/>
          <w:szCs w:val="24"/>
        </w:rPr>
      </w:pPr>
      <w:r w:rsidRPr="002729E9">
        <w:rPr>
          <w:rFonts w:cs="Times New Roman"/>
          <w:b/>
          <w:sz w:val="24"/>
          <w:szCs w:val="24"/>
        </w:rPr>
        <w:t>Đơn vị đăng ký: ........................................................................................................................</w:t>
      </w:r>
    </w:p>
    <w:p w14:paraId="02459002" w14:textId="10D23A84" w:rsidR="005B4AA6" w:rsidRPr="002729E9" w:rsidRDefault="00000000">
      <w:pPr>
        <w:spacing w:after="60"/>
        <w:rPr>
          <w:rFonts w:cs="Times New Roman"/>
          <w:sz w:val="24"/>
          <w:szCs w:val="24"/>
        </w:rPr>
      </w:pPr>
      <w:r w:rsidRPr="002729E9">
        <w:rPr>
          <w:rFonts w:cs="Times New Roman"/>
          <w:sz w:val="24"/>
          <w:szCs w:val="24"/>
        </w:rPr>
        <w:t xml:space="preserve">Căn cứ Kế hoạch đào tạo học kỳ .......... năm học 2026 - 2027, </w:t>
      </w:r>
      <w:proofErr w:type="gramStart"/>
      <w:r w:rsidRPr="002729E9">
        <w:rPr>
          <w:rFonts w:cs="Times New Roman"/>
          <w:sz w:val="24"/>
          <w:szCs w:val="24"/>
        </w:rPr>
        <w:t>Khoa</w:t>
      </w:r>
      <w:r w:rsidR="002729E9" w:rsidRPr="002729E9">
        <w:rPr>
          <w:rFonts w:cs="Times New Roman"/>
          <w:sz w:val="24"/>
          <w:szCs w:val="24"/>
        </w:rPr>
        <w:t>:…</w:t>
      </w:r>
      <w:proofErr w:type="gramEnd"/>
      <w:r w:rsidR="002729E9" w:rsidRPr="002729E9">
        <w:rPr>
          <w:rFonts w:cs="Times New Roman"/>
          <w:sz w:val="24"/>
          <w:szCs w:val="24"/>
        </w:rPr>
        <w:t>………………………….</w:t>
      </w:r>
      <w:r w:rsidRPr="002729E9">
        <w:rPr>
          <w:rFonts w:cs="Times New Roman"/>
          <w:sz w:val="24"/>
          <w:szCs w:val="24"/>
        </w:rPr>
        <w:t xml:space="preserve"> </w:t>
      </w:r>
      <w:proofErr w:type="spellStart"/>
      <w:r w:rsidRPr="002729E9">
        <w:rPr>
          <w:rFonts w:cs="Times New Roman"/>
          <w:sz w:val="24"/>
          <w:szCs w:val="24"/>
        </w:rPr>
        <w:t>đăng</w:t>
      </w:r>
      <w:proofErr w:type="spellEnd"/>
      <w:r w:rsidRPr="002729E9">
        <w:rPr>
          <w:rFonts w:cs="Times New Roman"/>
          <w:sz w:val="24"/>
          <w:szCs w:val="24"/>
        </w:rPr>
        <w:t xml:space="preserve"> </w:t>
      </w:r>
      <w:proofErr w:type="spellStart"/>
      <w:r w:rsidRPr="002729E9">
        <w:rPr>
          <w:rFonts w:cs="Times New Roman"/>
          <w:sz w:val="24"/>
          <w:szCs w:val="24"/>
        </w:rPr>
        <w:t>ký</w:t>
      </w:r>
      <w:proofErr w:type="spellEnd"/>
      <w:r w:rsidRPr="002729E9">
        <w:rPr>
          <w:rFonts w:cs="Times New Roman"/>
          <w:sz w:val="24"/>
          <w:szCs w:val="24"/>
        </w:rPr>
        <w:t xml:space="preserve"> các môn học tổ chức theo hình </w:t>
      </w:r>
      <w:proofErr w:type="spellStart"/>
      <w:r w:rsidRPr="002729E9">
        <w:rPr>
          <w:rFonts w:cs="Times New Roman"/>
          <w:sz w:val="24"/>
          <w:szCs w:val="24"/>
        </w:rPr>
        <w:t>thức</w:t>
      </w:r>
      <w:proofErr w:type="spellEnd"/>
      <w:r w:rsidRPr="002729E9">
        <w:rPr>
          <w:rFonts w:cs="Times New Roman"/>
          <w:sz w:val="24"/>
          <w:szCs w:val="24"/>
        </w:rPr>
        <w:t xml:space="preserve"> Online </w:t>
      </w:r>
      <w:proofErr w:type="spellStart"/>
      <w:r w:rsidRPr="002729E9">
        <w:rPr>
          <w:rFonts w:cs="Times New Roman"/>
          <w:sz w:val="24"/>
          <w:szCs w:val="24"/>
        </w:rPr>
        <w:t>như</w:t>
      </w:r>
      <w:proofErr w:type="spellEnd"/>
      <w:r w:rsidRPr="002729E9">
        <w:rPr>
          <w:rFonts w:cs="Times New Roman"/>
          <w:sz w:val="24"/>
          <w:szCs w:val="24"/>
        </w:rPr>
        <w:t xml:space="preserve"> </w:t>
      </w:r>
      <w:proofErr w:type="spellStart"/>
      <w:r w:rsidRPr="002729E9">
        <w:rPr>
          <w:rFonts w:cs="Times New Roman"/>
          <w:sz w:val="24"/>
          <w:szCs w:val="24"/>
        </w:rPr>
        <w:t>sau</w:t>
      </w:r>
      <w:proofErr w:type="spellEnd"/>
      <w:r w:rsidRPr="002729E9">
        <w:rPr>
          <w:rFonts w:cs="Times New Roman"/>
          <w:sz w:val="24"/>
          <w:szCs w:val="24"/>
        </w:rPr>
        <w:t>:</w:t>
      </w:r>
    </w:p>
    <w:tbl>
      <w:tblPr>
        <w:tblW w:w="15897" w:type="dxa"/>
        <w:jc w:val="center"/>
        <w:tblLayout w:type="fixed"/>
        <w:tblLook w:val="04A0" w:firstRow="1" w:lastRow="0" w:firstColumn="1" w:lastColumn="0" w:noHBand="0" w:noVBand="1"/>
      </w:tblPr>
      <w:tblGrid>
        <w:gridCol w:w="2239"/>
        <w:gridCol w:w="4462"/>
        <w:gridCol w:w="2239"/>
        <w:gridCol w:w="2239"/>
        <w:gridCol w:w="2239"/>
        <w:gridCol w:w="2479"/>
      </w:tblGrid>
      <w:tr w:rsidR="005B4AA6" w14:paraId="0D4DEBA0" w14:textId="77777777" w:rsidTr="002729E9">
        <w:trPr>
          <w:trHeight w:val="698"/>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41B24C3B" w14:textId="77777777" w:rsidR="005B4AA6" w:rsidRDefault="00000000">
            <w:pPr>
              <w:jc w:val="center"/>
            </w:pPr>
            <w:r>
              <w:rPr>
                <w:b/>
                <w:sz w:val="20"/>
              </w:rPr>
              <w:t>STT</w:t>
            </w:r>
          </w:p>
        </w:tc>
        <w:tc>
          <w:tcPr>
            <w:tcW w:w="4462" w:type="dxa"/>
            <w:tcBorders>
              <w:top w:val="single" w:sz="6" w:space="0" w:color="000000"/>
              <w:left w:val="single" w:sz="6" w:space="0" w:color="000000"/>
              <w:bottom w:val="single" w:sz="6" w:space="0" w:color="000000"/>
              <w:right w:val="single" w:sz="6" w:space="0" w:color="000000"/>
            </w:tcBorders>
            <w:vAlign w:val="center"/>
          </w:tcPr>
          <w:p w14:paraId="7023536B" w14:textId="77777777" w:rsidR="005B4AA6" w:rsidRDefault="00000000">
            <w:pPr>
              <w:jc w:val="center"/>
            </w:pPr>
            <w:r>
              <w:rPr>
                <w:b/>
                <w:sz w:val="20"/>
              </w:rPr>
              <w:t>TÊN MÔN HỌC</w:t>
            </w:r>
          </w:p>
        </w:tc>
        <w:tc>
          <w:tcPr>
            <w:tcW w:w="2239" w:type="dxa"/>
            <w:tcBorders>
              <w:top w:val="single" w:sz="6" w:space="0" w:color="000000"/>
              <w:left w:val="single" w:sz="6" w:space="0" w:color="000000"/>
              <w:bottom w:val="single" w:sz="6" w:space="0" w:color="000000"/>
              <w:right w:val="single" w:sz="6" w:space="0" w:color="000000"/>
            </w:tcBorders>
            <w:vAlign w:val="center"/>
          </w:tcPr>
          <w:p w14:paraId="16441481" w14:textId="77777777" w:rsidR="005B4AA6" w:rsidRDefault="00000000">
            <w:pPr>
              <w:jc w:val="center"/>
            </w:pPr>
            <w:r>
              <w:rPr>
                <w:b/>
                <w:sz w:val="20"/>
              </w:rPr>
              <w:t>SỐ LỚP</w:t>
            </w:r>
            <w:r>
              <w:rPr>
                <w:b/>
                <w:sz w:val="20"/>
              </w:rPr>
              <w:br/>
              <w:t>08 TUẦN ĐẦU</w:t>
            </w:r>
          </w:p>
        </w:tc>
        <w:tc>
          <w:tcPr>
            <w:tcW w:w="2239" w:type="dxa"/>
            <w:tcBorders>
              <w:top w:val="single" w:sz="6" w:space="0" w:color="000000"/>
              <w:left w:val="single" w:sz="6" w:space="0" w:color="000000"/>
              <w:bottom w:val="single" w:sz="6" w:space="0" w:color="000000"/>
              <w:right w:val="single" w:sz="6" w:space="0" w:color="000000"/>
            </w:tcBorders>
            <w:vAlign w:val="center"/>
          </w:tcPr>
          <w:p w14:paraId="4CD34A3E" w14:textId="77777777" w:rsidR="005B4AA6" w:rsidRDefault="00000000">
            <w:pPr>
              <w:jc w:val="center"/>
            </w:pPr>
            <w:r>
              <w:rPr>
                <w:b/>
                <w:sz w:val="20"/>
              </w:rPr>
              <w:t>SỐ LỚP</w:t>
            </w:r>
            <w:r>
              <w:rPr>
                <w:b/>
                <w:sz w:val="20"/>
              </w:rPr>
              <w:br/>
              <w:t>08 TUẦN SAU</w:t>
            </w:r>
          </w:p>
        </w:tc>
        <w:tc>
          <w:tcPr>
            <w:tcW w:w="2239" w:type="dxa"/>
            <w:tcBorders>
              <w:top w:val="single" w:sz="6" w:space="0" w:color="000000"/>
              <w:left w:val="single" w:sz="6" w:space="0" w:color="000000"/>
              <w:bottom w:val="single" w:sz="6" w:space="0" w:color="000000"/>
              <w:right w:val="single" w:sz="6" w:space="0" w:color="000000"/>
            </w:tcBorders>
            <w:vAlign w:val="center"/>
          </w:tcPr>
          <w:p w14:paraId="60D3FAE6" w14:textId="77777777" w:rsidR="005B4AA6" w:rsidRDefault="00000000">
            <w:pPr>
              <w:jc w:val="center"/>
            </w:pPr>
            <w:r>
              <w:rPr>
                <w:b/>
                <w:sz w:val="20"/>
              </w:rPr>
              <w:t>TỔNG SỐ</w:t>
            </w:r>
            <w:r>
              <w:rPr>
                <w:b/>
                <w:sz w:val="20"/>
              </w:rPr>
              <w:br/>
              <w:t>LỚP</w:t>
            </w:r>
          </w:p>
        </w:tc>
        <w:tc>
          <w:tcPr>
            <w:tcW w:w="2479" w:type="dxa"/>
            <w:tcBorders>
              <w:top w:val="single" w:sz="6" w:space="0" w:color="000000"/>
              <w:left w:val="single" w:sz="6" w:space="0" w:color="000000"/>
              <w:bottom w:val="single" w:sz="6" w:space="0" w:color="000000"/>
              <w:right w:val="single" w:sz="6" w:space="0" w:color="000000"/>
            </w:tcBorders>
            <w:vAlign w:val="center"/>
          </w:tcPr>
          <w:p w14:paraId="3F4D233F" w14:textId="77777777" w:rsidR="005B4AA6" w:rsidRDefault="00000000">
            <w:pPr>
              <w:jc w:val="center"/>
            </w:pPr>
            <w:r>
              <w:rPr>
                <w:b/>
                <w:sz w:val="20"/>
              </w:rPr>
              <w:t>GHI CHÚ</w:t>
            </w:r>
          </w:p>
        </w:tc>
      </w:tr>
      <w:tr w:rsidR="005B4AA6" w14:paraId="246A6273" w14:textId="77777777" w:rsidTr="002729E9">
        <w:trPr>
          <w:trHeight w:val="474"/>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01551466" w14:textId="77777777" w:rsidR="005B4AA6" w:rsidRDefault="00000000">
            <w:pPr>
              <w:jc w:val="center"/>
            </w:pPr>
            <w:r>
              <w:rPr>
                <w:sz w:val="20"/>
              </w:rPr>
              <w:t>1</w:t>
            </w:r>
          </w:p>
        </w:tc>
        <w:tc>
          <w:tcPr>
            <w:tcW w:w="4462" w:type="dxa"/>
            <w:tcBorders>
              <w:top w:val="single" w:sz="6" w:space="0" w:color="000000"/>
              <w:left w:val="single" w:sz="6" w:space="0" w:color="000000"/>
              <w:bottom w:val="single" w:sz="6" w:space="0" w:color="000000"/>
              <w:right w:val="single" w:sz="6" w:space="0" w:color="000000"/>
            </w:tcBorders>
            <w:vAlign w:val="center"/>
          </w:tcPr>
          <w:p w14:paraId="37FC342B" w14:textId="77777777" w:rsidR="005B4AA6" w:rsidRDefault="005B4AA6"/>
        </w:tc>
        <w:tc>
          <w:tcPr>
            <w:tcW w:w="2239" w:type="dxa"/>
            <w:tcBorders>
              <w:top w:val="single" w:sz="6" w:space="0" w:color="000000"/>
              <w:left w:val="single" w:sz="6" w:space="0" w:color="000000"/>
              <w:bottom w:val="single" w:sz="6" w:space="0" w:color="000000"/>
              <w:right w:val="single" w:sz="6" w:space="0" w:color="000000"/>
            </w:tcBorders>
            <w:vAlign w:val="center"/>
          </w:tcPr>
          <w:p w14:paraId="616A286B"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409D6B29"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7224D903" w14:textId="77777777" w:rsidR="005B4AA6" w:rsidRDefault="005B4AA6">
            <w:pPr>
              <w:jc w:val="center"/>
            </w:pPr>
          </w:p>
        </w:tc>
        <w:tc>
          <w:tcPr>
            <w:tcW w:w="2479" w:type="dxa"/>
            <w:tcBorders>
              <w:top w:val="single" w:sz="6" w:space="0" w:color="000000"/>
              <w:left w:val="single" w:sz="6" w:space="0" w:color="000000"/>
              <w:bottom w:val="single" w:sz="6" w:space="0" w:color="000000"/>
              <w:right w:val="single" w:sz="6" w:space="0" w:color="000000"/>
            </w:tcBorders>
            <w:vAlign w:val="center"/>
          </w:tcPr>
          <w:p w14:paraId="0AA62F1F" w14:textId="77777777" w:rsidR="005B4AA6" w:rsidRDefault="005B4AA6"/>
        </w:tc>
      </w:tr>
      <w:tr w:rsidR="005B4AA6" w14:paraId="75D29471" w14:textId="77777777" w:rsidTr="002729E9">
        <w:trPr>
          <w:trHeight w:val="467"/>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204F935F" w14:textId="77777777" w:rsidR="005B4AA6" w:rsidRDefault="00000000">
            <w:pPr>
              <w:jc w:val="center"/>
            </w:pPr>
            <w:r>
              <w:rPr>
                <w:sz w:val="20"/>
              </w:rPr>
              <w:t>2</w:t>
            </w:r>
          </w:p>
        </w:tc>
        <w:tc>
          <w:tcPr>
            <w:tcW w:w="4462" w:type="dxa"/>
            <w:tcBorders>
              <w:top w:val="single" w:sz="6" w:space="0" w:color="000000"/>
              <w:left w:val="single" w:sz="6" w:space="0" w:color="000000"/>
              <w:bottom w:val="single" w:sz="6" w:space="0" w:color="000000"/>
              <w:right w:val="single" w:sz="6" w:space="0" w:color="000000"/>
            </w:tcBorders>
            <w:vAlign w:val="center"/>
          </w:tcPr>
          <w:p w14:paraId="27D562D4" w14:textId="77777777" w:rsidR="005B4AA6" w:rsidRDefault="005B4AA6"/>
        </w:tc>
        <w:tc>
          <w:tcPr>
            <w:tcW w:w="2239" w:type="dxa"/>
            <w:tcBorders>
              <w:top w:val="single" w:sz="6" w:space="0" w:color="000000"/>
              <w:left w:val="single" w:sz="6" w:space="0" w:color="000000"/>
              <w:bottom w:val="single" w:sz="6" w:space="0" w:color="000000"/>
              <w:right w:val="single" w:sz="6" w:space="0" w:color="000000"/>
            </w:tcBorders>
            <w:vAlign w:val="center"/>
          </w:tcPr>
          <w:p w14:paraId="403D2526"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04C6FD3F"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60EE1694" w14:textId="77777777" w:rsidR="005B4AA6" w:rsidRDefault="005B4AA6">
            <w:pPr>
              <w:jc w:val="center"/>
            </w:pPr>
          </w:p>
        </w:tc>
        <w:tc>
          <w:tcPr>
            <w:tcW w:w="2479" w:type="dxa"/>
            <w:tcBorders>
              <w:top w:val="single" w:sz="6" w:space="0" w:color="000000"/>
              <w:left w:val="single" w:sz="6" w:space="0" w:color="000000"/>
              <w:bottom w:val="single" w:sz="6" w:space="0" w:color="000000"/>
              <w:right w:val="single" w:sz="6" w:space="0" w:color="000000"/>
            </w:tcBorders>
            <w:vAlign w:val="center"/>
          </w:tcPr>
          <w:p w14:paraId="28E50A8D" w14:textId="77777777" w:rsidR="005B4AA6" w:rsidRDefault="005B4AA6"/>
        </w:tc>
      </w:tr>
      <w:tr w:rsidR="005B4AA6" w14:paraId="2B0A948B" w14:textId="77777777" w:rsidTr="002729E9">
        <w:trPr>
          <w:trHeight w:val="474"/>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2A95AF5C" w14:textId="77777777" w:rsidR="005B4AA6" w:rsidRDefault="00000000">
            <w:pPr>
              <w:jc w:val="center"/>
            </w:pPr>
            <w:r>
              <w:rPr>
                <w:sz w:val="20"/>
              </w:rPr>
              <w:t>3</w:t>
            </w:r>
          </w:p>
        </w:tc>
        <w:tc>
          <w:tcPr>
            <w:tcW w:w="4462" w:type="dxa"/>
            <w:tcBorders>
              <w:top w:val="single" w:sz="6" w:space="0" w:color="000000"/>
              <w:left w:val="single" w:sz="6" w:space="0" w:color="000000"/>
              <w:bottom w:val="single" w:sz="6" w:space="0" w:color="000000"/>
              <w:right w:val="single" w:sz="6" w:space="0" w:color="000000"/>
            </w:tcBorders>
            <w:vAlign w:val="center"/>
          </w:tcPr>
          <w:p w14:paraId="4B751D16" w14:textId="77777777" w:rsidR="005B4AA6" w:rsidRDefault="005B4AA6"/>
        </w:tc>
        <w:tc>
          <w:tcPr>
            <w:tcW w:w="2239" w:type="dxa"/>
            <w:tcBorders>
              <w:top w:val="single" w:sz="6" w:space="0" w:color="000000"/>
              <w:left w:val="single" w:sz="6" w:space="0" w:color="000000"/>
              <w:bottom w:val="single" w:sz="6" w:space="0" w:color="000000"/>
              <w:right w:val="single" w:sz="6" w:space="0" w:color="000000"/>
            </w:tcBorders>
            <w:vAlign w:val="center"/>
          </w:tcPr>
          <w:p w14:paraId="66E9A577"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2C7DA338"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6AEB5EC7" w14:textId="77777777" w:rsidR="005B4AA6" w:rsidRDefault="005B4AA6">
            <w:pPr>
              <w:jc w:val="center"/>
            </w:pPr>
          </w:p>
        </w:tc>
        <w:tc>
          <w:tcPr>
            <w:tcW w:w="2479" w:type="dxa"/>
            <w:tcBorders>
              <w:top w:val="single" w:sz="6" w:space="0" w:color="000000"/>
              <w:left w:val="single" w:sz="6" w:space="0" w:color="000000"/>
              <w:bottom w:val="single" w:sz="6" w:space="0" w:color="000000"/>
              <w:right w:val="single" w:sz="6" w:space="0" w:color="000000"/>
            </w:tcBorders>
            <w:vAlign w:val="center"/>
          </w:tcPr>
          <w:p w14:paraId="629FE46A" w14:textId="77777777" w:rsidR="005B4AA6" w:rsidRDefault="005B4AA6"/>
        </w:tc>
      </w:tr>
      <w:tr w:rsidR="005B4AA6" w14:paraId="7D474F66" w14:textId="77777777" w:rsidTr="002729E9">
        <w:trPr>
          <w:trHeight w:val="467"/>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4FF170C3" w14:textId="77777777" w:rsidR="005B4AA6" w:rsidRDefault="00000000">
            <w:pPr>
              <w:jc w:val="center"/>
            </w:pPr>
            <w:r>
              <w:rPr>
                <w:sz w:val="20"/>
              </w:rPr>
              <w:t>4</w:t>
            </w:r>
          </w:p>
        </w:tc>
        <w:tc>
          <w:tcPr>
            <w:tcW w:w="4462" w:type="dxa"/>
            <w:tcBorders>
              <w:top w:val="single" w:sz="6" w:space="0" w:color="000000"/>
              <w:left w:val="single" w:sz="6" w:space="0" w:color="000000"/>
              <w:bottom w:val="single" w:sz="6" w:space="0" w:color="000000"/>
              <w:right w:val="single" w:sz="6" w:space="0" w:color="000000"/>
            </w:tcBorders>
            <w:vAlign w:val="center"/>
          </w:tcPr>
          <w:p w14:paraId="7C7FC1A0" w14:textId="77777777" w:rsidR="005B4AA6" w:rsidRDefault="005B4AA6"/>
        </w:tc>
        <w:tc>
          <w:tcPr>
            <w:tcW w:w="2239" w:type="dxa"/>
            <w:tcBorders>
              <w:top w:val="single" w:sz="6" w:space="0" w:color="000000"/>
              <w:left w:val="single" w:sz="6" w:space="0" w:color="000000"/>
              <w:bottom w:val="single" w:sz="6" w:space="0" w:color="000000"/>
              <w:right w:val="single" w:sz="6" w:space="0" w:color="000000"/>
            </w:tcBorders>
            <w:vAlign w:val="center"/>
          </w:tcPr>
          <w:p w14:paraId="4C3420B1"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06D71307"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0401962A" w14:textId="77777777" w:rsidR="005B4AA6" w:rsidRDefault="005B4AA6">
            <w:pPr>
              <w:jc w:val="center"/>
            </w:pPr>
          </w:p>
        </w:tc>
        <w:tc>
          <w:tcPr>
            <w:tcW w:w="2479" w:type="dxa"/>
            <w:tcBorders>
              <w:top w:val="single" w:sz="6" w:space="0" w:color="000000"/>
              <w:left w:val="single" w:sz="6" w:space="0" w:color="000000"/>
              <w:bottom w:val="single" w:sz="6" w:space="0" w:color="000000"/>
              <w:right w:val="single" w:sz="6" w:space="0" w:color="000000"/>
            </w:tcBorders>
            <w:vAlign w:val="center"/>
          </w:tcPr>
          <w:p w14:paraId="4BEA7996" w14:textId="77777777" w:rsidR="005B4AA6" w:rsidRDefault="005B4AA6"/>
        </w:tc>
      </w:tr>
      <w:tr w:rsidR="005B4AA6" w14:paraId="5E8CCFF2" w14:textId="77777777" w:rsidTr="002729E9">
        <w:trPr>
          <w:trHeight w:val="467"/>
          <w:jc w:val="center"/>
        </w:trPr>
        <w:tc>
          <w:tcPr>
            <w:tcW w:w="2239" w:type="dxa"/>
            <w:tcBorders>
              <w:top w:val="single" w:sz="6" w:space="0" w:color="000000"/>
              <w:left w:val="single" w:sz="6" w:space="0" w:color="000000"/>
              <w:bottom w:val="single" w:sz="6" w:space="0" w:color="000000"/>
              <w:right w:val="single" w:sz="6" w:space="0" w:color="000000"/>
            </w:tcBorders>
            <w:vAlign w:val="center"/>
          </w:tcPr>
          <w:p w14:paraId="33BDE914" w14:textId="77777777" w:rsidR="005B4AA6" w:rsidRDefault="00000000">
            <w:pPr>
              <w:jc w:val="center"/>
            </w:pPr>
            <w:r>
              <w:rPr>
                <w:sz w:val="20"/>
              </w:rPr>
              <w:t>5</w:t>
            </w:r>
          </w:p>
        </w:tc>
        <w:tc>
          <w:tcPr>
            <w:tcW w:w="4462" w:type="dxa"/>
            <w:tcBorders>
              <w:top w:val="single" w:sz="6" w:space="0" w:color="000000"/>
              <w:left w:val="single" w:sz="6" w:space="0" w:color="000000"/>
              <w:bottom w:val="single" w:sz="6" w:space="0" w:color="000000"/>
              <w:right w:val="single" w:sz="6" w:space="0" w:color="000000"/>
            </w:tcBorders>
            <w:vAlign w:val="center"/>
          </w:tcPr>
          <w:p w14:paraId="17A362D5" w14:textId="77777777" w:rsidR="005B4AA6" w:rsidRDefault="005B4AA6"/>
        </w:tc>
        <w:tc>
          <w:tcPr>
            <w:tcW w:w="2239" w:type="dxa"/>
            <w:tcBorders>
              <w:top w:val="single" w:sz="6" w:space="0" w:color="000000"/>
              <w:left w:val="single" w:sz="6" w:space="0" w:color="000000"/>
              <w:bottom w:val="single" w:sz="6" w:space="0" w:color="000000"/>
              <w:right w:val="single" w:sz="6" w:space="0" w:color="000000"/>
            </w:tcBorders>
            <w:vAlign w:val="center"/>
          </w:tcPr>
          <w:p w14:paraId="7213528D"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6A52EEDF" w14:textId="77777777" w:rsidR="005B4AA6" w:rsidRDefault="005B4AA6">
            <w:pPr>
              <w:jc w:val="center"/>
            </w:pPr>
          </w:p>
        </w:tc>
        <w:tc>
          <w:tcPr>
            <w:tcW w:w="2239" w:type="dxa"/>
            <w:tcBorders>
              <w:top w:val="single" w:sz="6" w:space="0" w:color="000000"/>
              <w:left w:val="single" w:sz="6" w:space="0" w:color="000000"/>
              <w:bottom w:val="single" w:sz="6" w:space="0" w:color="000000"/>
              <w:right w:val="single" w:sz="6" w:space="0" w:color="000000"/>
            </w:tcBorders>
            <w:vAlign w:val="center"/>
          </w:tcPr>
          <w:p w14:paraId="0AA2C066" w14:textId="77777777" w:rsidR="005B4AA6" w:rsidRDefault="005B4AA6">
            <w:pPr>
              <w:jc w:val="center"/>
            </w:pPr>
          </w:p>
        </w:tc>
        <w:tc>
          <w:tcPr>
            <w:tcW w:w="2479" w:type="dxa"/>
            <w:tcBorders>
              <w:top w:val="single" w:sz="6" w:space="0" w:color="000000"/>
              <w:left w:val="single" w:sz="6" w:space="0" w:color="000000"/>
              <w:bottom w:val="single" w:sz="6" w:space="0" w:color="000000"/>
              <w:right w:val="single" w:sz="6" w:space="0" w:color="000000"/>
            </w:tcBorders>
            <w:vAlign w:val="center"/>
          </w:tcPr>
          <w:p w14:paraId="20BBC54D" w14:textId="77777777" w:rsidR="005B4AA6" w:rsidRDefault="005B4AA6"/>
        </w:tc>
      </w:tr>
    </w:tbl>
    <w:p w14:paraId="1C38C490" w14:textId="77777777" w:rsidR="005B4AA6" w:rsidRDefault="005B4AA6">
      <w:pPr>
        <w:spacing w:after="0"/>
      </w:pPr>
    </w:p>
    <w:p w14:paraId="48D9883A" w14:textId="77777777" w:rsidR="005B4AA6" w:rsidRDefault="00000000">
      <w:pPr>
        <w:spacing w:after="40"/>
      </w:pPr>
      <w:r>
        <w:rPr>
          <w:b/>
        </w:rPr>
        <w:t>ĐỀ NGHỊ VÀ XÁC NHẬN</w:t>
      </w:r>
    </w:p>
    <w:p w14:paraId="5C4BF096" w14:textId="77777777" w:rsidR="005B4AA6" w:rsidRDefault="00000000">
      <w:pPr>
        <w:spacing w:after="40"/>
      </w:pPr>
      <w:r>
        <w:t>Đề nghị Trung tâm Tin học xem xét, tổng hợp và bố trí lịch học, phòng học trực tuyến phục vụ các môn học theo kế hoạch đào tạo của Nhà trường.</w:t>
      </w:r>
    </w:p>
    <w:p w14:paraId="68598A53" w14:textId="77777777" w:rsidR="005B4AA6" w:rsidRDefault="00000000">
      <w:pPr>
        <w:spacing w:after="80"/>
      </w:pPr>
      <w:r>
        <w:t>Đơn vị đăng ký cam kết cung cấp thông tin chính xác, thực hiện đúng kế hoạch đào tạo và phối hợp với Trung tâm Tin học trong quá trình tổ chức giảng dạy.</w:t>
      </w:r>
    </w:p>
    <w:tbl>
      <w:tblPr>
        <w:tblW w:w="0" w:type="auto"/>
        <w:jc w:val="center"/>
        <w:tblLook w:val="04A0" w:firstRow="1" w:lastRow="0" w:firstColumn="1" w:lastColumn="0" w:noHBand="0" w:noVBand="1"/>
      </w:tblPr>
      <w:tblGrid>
        <w:gridCol w:w="5121"/>
        <w:gridCol w:w="5121"/>
        <w:gridCol w:w="5121"/>
      </w:tblGrid>
      <w:tr w:rsidR="005B4AA6" w14:paraId="150AD89D" w14:textId="77777777">
        <w:trPr>
          <w:jc w:val="center"/>
        </w:trPr>
        <w:tc>
          <w:tcPr>
            <w:tcW w:w="5121" w:type="dxa"/>
            <w:tcBorders>
              <w:top w:val="nil"/>
              <w:left w:val="nil"/>
              <w:bottom w:val="nil"/>
              <w:right w:val="nil"/>
            </w:tcBorders>
          </w:tcPr>
          <w:p w14:paraId="4E1C7834" w14:textId="77777777" w:rsidR="005B4AA6" w:rsidRDefault="00000000">
            <w:pPr>
              <w:jc w:val="center"/>
            </w:pPr>
            <w:r>
              <w:rPr>
                <w:b/>
                <w:sz w:val="20"/>
              </w:rPr>
              <w:t>NGƯỜI ĐĂNG KÝ</w:t>
            </w:r>
          </w:p>
        </w:tc>
        <w:tc>
          <w:tcPr>
            <w:tcW w:w="5121" w:type="dxa"/>
            <w:tcBorders>
              <w:top w:val="nil"/>
              <w:left w:val="nil"/>
              <w:bottom w:val="nil"/>
              <w:right w:val="nil"/>
            </w:tcBorders>
          </w:tcPr>
          <w:p w14:paraId="353C4BDE" w14:textId="77777777" w:rsidR="005B4AA6" w:rsidRDefault="00000000">
            <w:pPr>
              <w:jc w:val="center"/>
            </w:pPr>
            <w:r>
              <w:rPr>
                <w:b/>
                <w:sz w:val="20"/>
              </w:rPr>
              <w:t>TRƯỞNG KHOA/ĐƠN VỊ</w:t>
            </w:r>
          </w:p>
        </w:tc>
        <w:tc>
          <w:tcPr>
            <w:tcW w:w="5121" w:type="dxa"/>
            <w:tcBorders>
              <w:top w:val="nil"/>
              <w:left w:val="nil"/>
              <w:bottom w:val="nil"/>
              <w:right w:val="nil"/>
            </w:tcBorders>
          </w:tcPr>
          <w:p w14:paraId="6537497B" w14:textId="77777777" w:rsidR="005B4AA6" w:rsidRDefault="00000000">
            <w:pPr>
              <w:jc w:val="center"/>
            </w:pPr>
            <w:r>
              <w:rPr>
                <w:b/>
                <w:sz w:val="20"/>
              </w:rPr>
              <w:t>TRUNG TÂM TIN HỌC</w:t>
            </w:r>
          </w:p>
        </w:tc>
      </w:tr>
      <w:tr w:rsidR="005B4AA6" w14:paraId="7F9385B4" w14:textId="77777777">
        <w:trPr>
          <w:jc w:val="center"/>
        </w:trPr>
        <w:tc>
          <w:tcPr>
            <w:tcW w:w="5121" w:type="dxa"/>
            <w:tcBorders>
              <w:top w:val="nil"/>
              <w:left w:val="nil"/>
              <w:bottom w:val="nil"/>
              <w:right w:val="nil"/>
            </w:tcBorders>
          </w:tcPr>
          <w:p w14:paraId="5C24CC36" w14:textId="77777777" w:rsidR="005B4AA6" w:rsidRDefault="00000000">
            <w:r>
              <w:br/>
            </w:r>
            <w:r>
              <w:br/>
            </w:r>
            <w:r>
              <w:br/>
            </w:r>
          </w:p>
        </w:tc>
        <w:tc>
          <w:tcPr>
            <w:tcW w:w="5121" w:type="dxa"/>
            <w:tcBorders>
              <w:top w:val="nil"/>
              <w:left w:val="nil"/>
              <w:bottom w:val="nil"/>
              <w:right w:val="nil"/>
            </w:tcBorders>
          </w:tcPr>
          <w:p w14:paraId="0ABB10E8" w14:textId="77777777" w:rsidR="005B4AA6" w:rsidRDefault="00000000">
            <w:r>
              <w:br/>
            </w:r>
            <w:r>
              <w:br/>
            </w:r>
            <w:r>
              <w:br/>
            </w:r>
          </w:p>
        </w:tc>
        <w:tc>
          <w:tcPr>
            <w:tcW w:w="5121" w:type="dxa"/>
            <w:tcBorders>
              <w:top w:val="nil"/>
              <w:left w:val="nil"/>
              <w:bottom w:val="nil"/>
              <w:right w:val="nil"/>
            </w:tcBorders>
          </w:tcPr>
          <w:p w14:paraId="45844D3A" w14:textId="77777777" w:rsidR="005B4AA6" w:rsidRDefault="00000000">
            <w:r>
              <w:br/>
            </w:r>
            <w:r>
              <w:br/>
            </w:r>
            <w:r>
              <w:br/>
            </w:r>
          </w:p>
        </w:tc>
      </w:tr>
      <w:tr w:rsidR="005B4AA6" w14:paraId="6716C38E" w14:textId="77777777">
        <w:trPr>
          <w:jc w:val="center"/>
        </w:trPr>
        <w:tc>
          <w:tcPr>
            <w:tcW w:w="5121" w:type="dxa"/>
            <w:tcBorders>
              <w:top w:val="nil"/>
              <w:left w:val="nil"/>
              <w:bottom w:val="nil"/>
              <w:right w:val="nil"/>
            </w:tcBorders>
          </w:tcPr>
          <w:p w14:paraId="597D5036" w14:textId="77777777" w:rsidR="005B4AA6" w:rsidRDefault="00000000">
            <w:pPr>
              <w:jc w:val="center"/>
            </w:pPr>
            <w:r>
              <w:rPr>
                <w:i/>
                <w:sz w:val="20"/>
              </w:rPr>
              <w:t>(Ký, ghi rõ họ tên)</w:t>
            </w:r>
          </w:p>
        </w:tc>
        <w:tc>
          <w:tcPr>
            <w:tcW w:w="5121" w:type="dxa"/>
            <w:tcBorders>
              <w:top w:val="nil"/>
              <w:left w:val="nil"/>
              <w:bottom w:val="nil"/>
              <w:right w:val="nil"/>
            </w:tcBorders>
          </w:tcPr>
          <w:p w14:paraId="377B1158" w14:textId="77777777" w:rsidR="005B4AA6" w:rsidRDefault="00000000">
            <w:pPr>
              <w:jc w:val="center"/>
            </w:pPr>
            <w:r>
              <w:rPr>
                <w:i/>
                <w:sz w:val="20"/>
              </w:rPr>
              <w:t>(Ký, ghi rõ họ tên)</w:t>
            </w:r>
          </w:p>
        </w:tc>
        <w:tc>
          <w:tcPr>
            <w:tcW w:w="5121" w:type="dxa"/>
            <w:tcBorders>
              <w:top w:val="nil"/>
              <w:left w:val="nil"/>
              <w:bottom w:val="nil"/>
              <w:right w:val="nil"/>
            </w:tcBorders>
          </w:tcPr>
          <w:p w14:paraId="07551BC3" w14:textId="77777777" w:rsidR="005B4AA6" w:rsidRDefault="00000000">
            <w:pPr>
              <w:jc w:val="center"/>
            </w:pPr>
            <w:r>
              <w:rPr>
                <w:i/>
                <w:sz w:val="20"/>
              </w:rPr>
              <w:t>(Xác nhận)</w:t>
            </w:r>
          </w:p>
        </w:tc>
      </w:tr>
    </w:tbl>
    <w:p w14:paraId="6F5915DF" w14:textId="77777777" w:rsidR="0060284C" w:rsidRDefault="0060284C"/>
    <w:sectPr w:rsidR="0060284C" w:rsidSect="00034616">
      <w:pgSz w:w="16838" w:h="11906"/>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6660238">
    <w:abstractNumId w:val="8"/>
  </w:num>
  <w:num w:numId="2" w16cid:durableId="38865993">
    <w:abstractNumId w:val="6"/>
  </w:num>
  <w:num w:numId="3" w16cid:durableId="881478648">
    <w:abstractNumId w:val="5"/>
  </w:num>
  <w:num w:numId="4" w16cid:durableId="1773430579">
    <w:abstractNumId w:val="4"/>
  </w:num>
  <w:num w:numId="5" w16cid:durableId="312178705">
    <w:abstractNumId w:val="7"/>
  </w:num>
  <w:num w:numId="6" w16cid:durableId="262107885">
    <w:abstractNumId w:val="3"/>
  </w:num>
  <w:num w:numId="7" w16cid:durableId="448934652">
    <w:abstractNumId w:val="2"/>
  </w:num>
  <w:num w:numId="8" w16cid:durableId="1896352924">
    <w:abstractNumId w:val="1"/>
  </w:num>
  <w:num w:numId="9" w16cid:durableId="1278947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F82"/>
    <w:rsid w:val="00034616"/>
    <w:rsid w:val="0006063C"/>
    <w:rsid w:val="0015074B"/>
    <w:rsid w:val="002729E9"/>
    <w:rsid w:val="0029639D"/>
    <w:rsid w:val="00326F90"/>
    <w:rsid w:val="005B4AA6"/>
    <w:rsid w:val="006028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7B8EE8"/>
  <w14:defaultImageDpi w14:val="300"/>
  <w15:docId w15:val="{180FD588-076B-41CC-A523-3A526C294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2026-09-24T08:51:00Z</dcterms:modified>
  <cp:category/>
</cp:coreProperties>
</file>